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0390»</w:t>
      </w:r>
    </w:p>
    <w:p>
      <w:r>
        <w:t>Артикул LD-06233.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LD-06233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