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0389»</w:t>
      </w:r>
    </w:p>
    <w:p>
      <w:r>
        <w:t>Артикул LD-06221. Исполнение Ротанг и голубая подкладка. Страна производства Россия (RU).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LD-BASKET-0389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LD-06221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LD-06221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LD-06221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