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0039»</w:t>
      </w:r>
    </w:p>
    <w:p>
      <w:r>
        <w:t>Артикул LD-00616.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