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0381»</w:t>
      </w:r>
    </w:p>
    <w:p>
      <w:r>
        <w:t>Артикул LD-06083.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LD-CHAIR-0381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LD-06083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LD-06083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LD-06083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