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0380»</w:t>
      </w:r>
    </w:p>
    <w:p>
      <w:r>
        <w:t>Артикул LD-06076.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LD-06076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