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Кружка «Тёплый круг 0379»</w:t>
      </w:r>
    </w:p>
    <w:p>
      <w:r>
        <w:t>Артикул LD-06058. Исполнение Светло-голубой. Страна производства Италия (IT).</w:t>
      </w:r>
    </w:p>
    <w:p>
      <w:r>
        <w:t>Кружка предназначена для повседневной подачи напитков. Материалы: Керамика. В этом исполнении используется цвет «Светло-голубой». Размер товара: 380 мл.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LD-MUG-0379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LD-06058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Италия (IT)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Керамика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Перед первым использованием промойте изделие и тщательно высушите.</w:t>
      </w:r>
    </w:p>
    <w:p>
      <w:pPr>
        <w:pStyle w:val="Heading1"/>
      </w:pPr>
      <w:r>
        <w:t>Уход и хранение</w:t>
      </w:r>
    </w:p>
    <w:p>
      <w:r>
        <w:t>Перед длительным хранением очистите и полностью высушите изделие.</w:t>
      </w:r>
    </w:p>
    <w:p>
      <w:r>
        <w:t>Используйте мягкую губку и нейтральное моющее средство; избегайте абразивов и резких перепадов температуры.</w:t>
      </w:r>
    </w:p>
    <w:p>
      <w:r>
        <w:t>Возможность машинного мытья проверяйте по строке характеристик выбранного исполнения.</w:t>
      </w:r>
    </w:p>
    <w:p>
      <w:pPr>
        <w:pStyle w:val="Heading1"/>
      </w:pPr>
      <w:r>
        <w:t>Упаковка</w:t>
      </w:r>
    </w:p>
    <w:p>
      <w:r>
        <w:t>В упаковке 1 шт. Размер упаковки 15 × 13 × 14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LD-06058    Италия (IT)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LD-06058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