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0378»</w:t>
      </w:r>
    </w:p>
    <w:p>
      <w:r>
        <w:t>Артикул LD-06047. Исполнение Серо-синий в полоску. Страна производства Германия (DE).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LD-CUSHION-0378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LD-06047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LD-06047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LD-06047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