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0368»</w:t>
      </w:r>
    </w:p>
    <w:p>
      <w:r>
        <w:t>Артикул LD-05874.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