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0367»</w:t>
      </w:r>
    </w:p>
    <w:p>
      <w:r>
        <w:t>Артикул LD-05864.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LD-05864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