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0366»</w:t>
      </w:r>
    </w:p>
    <w:p>
      <w:r>
        <w:t>Артикул LD-05854. Исполнение Дуб и синяя полка. Страна производства Польша (PL).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LD-SIDE-TABLE-0366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LD-05854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LD-05854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LD-05854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