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0037»</w:t>
      </w:r>
    </w:p>
    <w:p>
      <w:r>
        <w:t>Артикул LD-00582. Исполнение Синяя клетка. Страна производства Германия (DE).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LD-BLANKET-0037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LD-00582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LD-00582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LD-00582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