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0363»</w:t>
      </w:r>
    </w:p>
    <w:p>
      <w:r>
        <w:t>Артикул LD-05793. Исполнение Дымчато-синий. Страна производства США (US).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LD-05793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