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0036»</w:t>
      </w:r>
    </w:p>
    <w:p>
      <w:r>
        <w:t>Артикул LD-00572.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