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0355»</w:t>
      </w:r>
    </w:p>
    <w:p>
      <w:r>
        <w:t>Артикул LD-05680. Исполнение Сталь и синие ручки. Страна производства Япония (JP).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LD-CUTLERY-0355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LD-05680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LD-05680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LD-05680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