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0353»</w:t>
      </w:r>
    </w:p>
    <w:p>
      <w:r>
        <w:t>Артикул LD-05639. Исполнение Дымчато-синий. Страна производства Польша (PL).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LD-05639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