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0352»</w:t>
      </w:r>
    </w:p>
    <w:p>
      <w:r>
        <w:t>Артикул LD-05626.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