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0351»</w:t>
      </w:r>
    </w:p>
    <w:p>
      <w:r>
        <w:t>Артикул LD-05616. Исполнение Сталь и синие ручки. Страна производства Китай (CN).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