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0351»</w:t>
      </w:r>
    </w:p>
    <w:p>
      <w:r>
        <w:t>Артикул LD-05610.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LD-05610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