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Стул «Мягкая линия 0350»</w:t>
      </w:r>
    </w:p>
    <w:p>
      <w:r>
        <w:t>Артикул LD-05587. Исполнение Серо-синяя обивка. Страна производства Германия (DE).</w:t>
      </w:r>
    </w:p>
    <w:p>
      <w:r>
        <w:t>Стул подходит для размещения у обеденного или рабочего стола. Материалы: Бук, ткань. В этом исполнении используется цвет «Серо-синяя обивка». Размер товара: 48 × 52 × 79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LD-CHAIR-0350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LD-05587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Серо-синяя обивка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Дубелия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Бук, ткань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56 × 58 × 86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LD-05587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LD-05587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