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0348»</w:t>
      </w:r>
    </w:p>
    <w:p>
      <w:r>
        <w:t>Артикул LD-05555.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LD-05555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LD-05555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