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0344»</w:t>
      </w:r>
    </w:p>
    <w:p>
      <w:r>
        <w:t>Артикул LD-05504. Исполнение Сталь и синие ручки. Страна производства Польша (PL).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LD-05504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