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0342»</w:t>
      </w:r>
    </w:p>
    <w:p>
      <w:r>
        <w:t>Артикул LD-05467.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LD-05467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