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0340»</w:t>
      </w:r>
    </w:p>
    <w:p>
      <w:r>
        <w:t>Артикул LD-05429. Исполнение Дуб и синий металл. Страна производства Канада (CA).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LD-05429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