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0340»</w:t>
      </w:r>
    </w:p>
    <w:p>
      <w:r>
        <w:t>Артикул LD-05425. Исполнение Дымчато-синий. Страна производства Япония (JP).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LD-LAMP-0340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LD-05425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LD-05425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LD-05425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