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0339»</w:t>
      </w:r>
    </w:p>
    <w:p>
      <w:r>
        <w:t>Артикул LD-05419.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LD-05419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