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0338»</w:t>
      </w:r>
    </w:p>
    <w:p>
      <w:r>
        <w:t>Артикул LD-05393. Исполнение Дымчато-синий. Страна производства Италия (IT).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