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0335»</w:t>
      </w:r>
    </w:p>
    <w:p>
      <w:r>
        <w:t>Артикул LD-05355. Исполнение Дуб и голубой циферблат. Страна производства Беларусь (BY).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LD-CLOCK-0335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LD-05355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LD-05355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LD-05355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