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0334»</w:t>
      </w:r>
    </w:p>
    <w:p>
      <w:r>
        <w:t>Артикул LD-05333. Исполнение Дуб и синий металл. Страна производства Италия (IT).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LD-05333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