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0332»</w:t>
      </w:r>
    </w:p>
    <w:p>
      <w:r>
        <w:t>Артикул LD-05310. Исполнение Дуб и синяя полка. Страна производства Беларусь (BY).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LD-SIDE-TABLE-0332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LD-05310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LD-05310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LD-05310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