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0332»</w:t>
      </w:r>
    </w:p>
    <w:p>
      <w:r>
        <w:t>Артикул LD-05301.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