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0332»</w:t>
      </w:r>
    </w:p>
    <w:p>
      <w:r>
        <w:t>Артикул LD-05297. Исполнение Дымчато-синий. Страна производства Германия (DE).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LD-05297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