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0330»</w:t>
      </w:r>
    </w:p>
    <w:p>
      <w:r>
        <w:t>Артикул LD-05279. Исполнение Серо-синий в полоску. Страна производства Канада (CA).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LD-CUSHION-0330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LD-05279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LD-05279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LD-05279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