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0328»</w:t>
      </w:r>
    </w:p>
    <w:p>
      <w:r>
        <w:t>Артикул LD-05241. Исполнение Светло-голубой. Страна производства Китай (CN).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LD-TOASTER-0328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LD-05241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LD-05241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LD-05241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