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0033»</w:t>
      </w:r>
    </w:p>
    <w:p>
      <w:r>
        <w:t>Артикул LD-00513.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