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0317»</w:t>
      </w:r>
    </w:p>
    <w:p>
      <w:r>
        <w:t>Артикул LD-05070.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