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0315»</w:t>
      </w:r>
    </w:p>
    <w:p>
      <w:r>
        <w:t>Артикул LD-05031.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