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0311»</w:t>
      </w:r>
    </w:p>
    <w:p>
      <w:r>
        <w:t>Артикул LD-04971.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LD-04971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LD-04971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