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0031»</w:t>
      </w:r>
    </w:p>
    <w:p>
      <w:r>
        <w:t>Артикул LD-00494. Исполнение Дуб и синяя полка. Страна производства Канада (CA).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LD-SIDE-TABLE-0031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LD-00494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LD-00494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LD-00494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