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0309»</w:t>
      </w:r>
    </w:p>
    <w:p>
      <w:r>
        <w:t>Артикул LD-04936. Исполнение Дымчато-синий. Страна производства Китай (CN).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LD-04936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