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0306»</w:t>
      </w:r>
    </w:p>
    <w:p>
      <w:r>
        <w:t>Артикул LD-04885. Исполнение Дуб и синий металл. Страна производства Япония (JP).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LD-04885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Япония (JP)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LD-04885    Япония (JP)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LD-04885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