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0304»</w:t>
      </w:r>
    </w:p>
    <w:p>
      <w:r>
        <w:t>Артикул LD-04857. Исполнение Светло-голубой. Страна производства Германия (DE).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LD-TOASTER-0304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LD-04857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LD-04857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LD-04857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