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0298»</w:t>
      </w:r>
    </w:p>
    <w:p>
      <w:r>
        <w:t>Артикул LD-04768.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LD-CUTLERY-0298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LD-04768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LD-04768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LD-04768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