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0292»</w:t>
      </w:r>
    </w:p>
    <w:p>
      <w:r>
        <w:t>Артикул LD-04668. Исполнение Дымчато-синий. Страна производства США (US).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LD-MIRROR-0292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LD-04668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LD-04668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LD-04668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