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0030»</w:t>
      </w:r>
    </w:p>
    <w:p>
      <w:r>
        <w:t>Артикул LD-00465.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