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0291»</w:t>
      </w:r>
    </w:p>
    <w:p>
      <w:r>
        <w:t>Артикул LD-04642. Исполнение Светло-голубой. Страна производства Германия (DE).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LD-KETTLE-0291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LD-04642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LD-04642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LD-04642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