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0290»</w:t>
      </w:r>
    </w:p>
    <w:p>
      <w:r>
        <w:t>Артикул LD-04634. Исполнение Светло-голубой. Страна производства Польша (PL).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LD-MUG-0290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LD-04634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LD-04634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LD-04634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