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0288»</w:t>
      </w:r>
    </w:p>
    <w:p>
      <w:r>
        <w:t>Артикул LD-04594. Исполнение Светло-голубой. Страна производства Польша (PL).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LD-04594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