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0286»</w:t>
      </w:r>
    </w:p>
    <w:p>
      <w:r>
        <w:t>Артикул LD-04576.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