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0029»</w:t>
      </w:r>
    </w:p>
    <w:p>
      <w:r>
        <w:t>Артикул LD-00457.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LD-00457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LD-00457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LD-00457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