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0286»</w:t>
      </w:r>
    </w:p>
    <w:p>
      <w:r>
        <w:t>Артикул LD-04569. Исполнение Светло-голубой. Страна производства Канада (CA).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LD-TOASTER-0286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LD-04569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LD-04569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LD-04569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